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בנימין זאב הרצל ואת תרומתו לרעיון הציוני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החיבורים המרכזיים שכתב ומה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ציר זמן ומושגי יסוד הקשורים לקונגרס הציוני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בעיתונאות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חברה חדשה של מדע, סובלנות ושוויון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שמונה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הרצל נולד בשנת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היה עיתונאי וסופר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הקונגרס התקיים בבזל שבשווייץ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ציטוט מפורסם המיוחס להרצל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חי מ-1860 עד 1904, כ-44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מתואר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עיתונאי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 שהציג את רעיון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(עיר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(ספר על חברה עתידית)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(עיר הולדתו של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(כינוי להרצל)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עובד כעיתונאי וסופר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כותב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מתכנס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כותב את הספר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אישיות; יש לבדוק שהשאלות רלוונטיות לחזון של הרצל, לספריו או לפעילותו הציונית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הציג את רעיון הקמת 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בזל שבשווייץ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תרצו אין זו אגדה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ציר הזמן המאויר מהדף כדי לחבר את התלמידים לסיפור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במשמעות המשפט 'אם תרצו אין זו אגדה' ובחיבור בין חלום למעשה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לקושי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היה איש שחשב וכתב על מדינה ליהודים. נלמד עליו דברים פשוטים: איפה נולד, מה כתב, ומה עשה.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המדינה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להרצל, כי הוא דמיין וראה מראש את הקמת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שכתב הרצל ובו הציג את רעיון המדינה היהודית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הקונגרס הציוני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גדול של יהודים מכל העולם לדון בהקמת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בשווייץ שבה התקיים הקונגרס הציוני הראשון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שכתב הרצל שמתאר חברה עתידית של שוויון וסובלנות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שרצתה להקים מדינה יהודית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שכותב כתבות לעיתון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לספר שבו כתב הרצל על הרעיון למדינה?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החלומות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עיר נפגשו היהודים בקונגרס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הייתה העבודה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בעיתונאות וכתיבה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מספר הספר 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חברה חדשה של מדע, סובלנות ושוויון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 ילדות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שנים לקח להרצל לפעול בשביל הרעיון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עשרים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במאה ה-19.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היה חקלאי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המשפט הידוע 'אם תרצו אין זו אגדה'.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חי מעל מאה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אלטנוילנד הוא ספר שמתאר חברה של שוויון וסובלנות.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בנימין זאב הרצל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כתב את הספר __________, שבו הציג את רעיון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התכנס בעיר __________ שבשווייץ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הספר __________ מתאר חברה עתידית של מדע וסובלנות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שעסק ברעיון הציוני, הרצל עבד כ__________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עיר הולדתו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 שהציג את רעיון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עיר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בודפשט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כינוי להרצל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חוזה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על חברה עתידית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מתכנס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הספר אלטנוילנד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עובד כעיתונאי וסופר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פוגשים את הרצל. כתבו שלוש שאלות שהייתם שואלים אותו על החלום שלו למדינה יהודית.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כתב הרצל בספר מדינת היהודים?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עיר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המשפט המפורסם שמיוחס להרצל?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